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023B28" w14:textId="001281D9" w:rsidR="00966A6E" w:rsidRDefault="3640C2CD" w:rsidP="6D8514F8">
      <w:pPr>
        <w:pStyle w:val="Nessunaspaziatura"/>
        <w:tabs>
          <w:tab w:val="left" w:pos="1276"/>
        </w:tabs>
        <w:ind w:left="1134" w:hanging="1276"/>
        <w:jc w:val="right"/>
        <w:rPr>
          <w:smallCaps/>
        </w:rPr>
      </w:pPr>
      <w:r w:rsidRPr="6D8514F8">
        <w:rPr>
          <w:rFonts w:cs="Times New Roman"/>
          <w:smallCaps/>
          <w:sz w:val="28"/>
          <w:szCs w:val="28"/>
        </w:rPr>
        <w:t>A: inclusionelavorativa.disabilita@pec.governo.it</w:t>
      </w:r>
    </w:p>
    <w:p w14:paraId="57FAF255" w14:textId="608F3B0E" w:rsidR="00966A6E" w:rsidRDefault="00966A6E" w:rsidP="6D8514F8">
      <w:pPr>
        <w:pStyle w:val="Nessunaspaziatura"/>
        <w:tabs>
          <w:tab w:val="left" w:pos="1276"/>
        </w:tabs>
        <w:ind w:left="1134" w:hanging="1276"/>
        <w:jc w:val="right"/>
        <w:rPr>
          <w:rFonts w:cs="Times New Roman"/>
          <w:smallCaps/>
          <w:sz w:val="28"/>
          <w:szCs w:val="28"/>
        </w:rPr>
      </w:pPr>
    </w:p>
    <w:p w14:paraId="3ABC45CB" w14:textId="45C7A538" w:rsidR="00966A6E" w:rsidRDefault="00966A6E" w:rsidP="6D8514F8">
      <w:pPr>
        <w:pStyle w:val="Nessunaspaziatura"/>
        <w:tabs>
          <w:tab w:val="left" w:pos="1276"/>
        </w:tabs>
        <w:ind w:left="1134" w:hanging="1276"/>
        <w:jc w:val="right"/>
        <w:rPr>
          <w:rFonts w:cs="Times New Roman"/>
          <w:smallCaps/>
          <w:sz w:val="28"/>
          <w:szCs w:val="28"/>
        </w:rPr>
      </w:pPr>
    </w:p>
    <w:p w14:paraId="6E298EC5" w14:textId="5C0EAA66" w:rsidR="00966A6E" w:rsidRDefault="00966A6E" w:rsidP="6D8514F8">
      <w:pPr>
        <w:pStyle w:val="Nessunaspaziatura"/>
        <w:tabs>
          <w:tab w:val="left" w:pos="1276"/>
        </w:tabs>
        <w:ind w:left="1134" w:hanging="1276"/>
        <w:jc w:val="both"/>
        <w:rPr>
          <w:rStyle w:val="Titolodellibro"/>
          <w:lang w:val="it-IT"/>
        </w:rPr>
      </w:pPr>
      <w:proofErr w:type="gramStart"/>
      <w:r w:rsidRPr="6D8514F8">
        <w:rPr>
          <w:rFonts w:cs="Times New Roman"/>
          <w:b/>
          <w:bCs/>
          <w:smallCaps/>
          <w:sz w:val="28"/>
          <w:szCs w:val="28"/>
          <w:lang w:val="it-IT"/>
        </w:rPr>
        <w:t>oggetto</w:t>
      </w:r>
      <w:r w:rsidRPr="6D8514F8">
        <w:rPr>
          <w:rStyle w:val="Titolodellibro"/>
          <w:sz w:val="28"/>
          <w:szCs w:val="28"/>
          <w:lang w:val="it-IT"/>
        </w:rPr>
        <w:t>:</w:t>
      </w:r>
      <w:r w:rsidRPr="6D8514F8">
        <w:rPr>
          <w:rStyle w:val="Titolodellibro"/>
          <w:lang w:val="it-IT"/>
        </w:rPr>
        <w:t xml:space="preserve">   </w:t>
      </w:r>
      <w:proofErr w:type="gramEnd"/>
      <w:r w:rsidRPr="6D8514F8">
        <w:rPr>
          <w:rStyle w:val="Titolodellibro"/>
          <w:lang w:val="it-IT"/>
        </w:rPr>
        <w:t xml:space="preserve"> DOMANDA DI AMMISSIONE PER L’EROGAZIONE DEGLI </w:t>
      </w:r>
      <w:r w:rsidR="00B90C4A" w:rsidRPr="6D8514F8">
        <w:rPr>
          <w:rStyle w:val="Titolodellibro"/>
          <w:lang w:val="it-IT"/>
        </w:rPr>
        <w:t xml:space="preserve">INCENTIVI </w:t>
      </w:r>
      <w:r w:rsidRPr="6D8514F8">
        <w:rPr>
          <w:rStyle w:val="Titolodellibro"/>
          <w:lang w:val="it-IT"/>
        </w:rPr>
        <w:t>PER IL LAVORO DELLE PERSONE CON DISABILITA’ AI SENSI DEL</w:t>
      </w:r>
      <w:r w:rsidR="121CD07F" w:rsidRPr="6D8514F8">
        <w:rPr>
          <w:rStyle w:val="Titolodellibro"/>
          <w:lang w:val="it-IT"/>
        </w:rPr>
        <w:t xml:space="preserve"> DECRETO DEL MINISTRO PER LE DISABILITà 23 LUGLIO 2026</w:t>
      </w:r>
    </w:p>
    <w:p w14:paraId="6347DA8F" w14:textId="77777777" w:rsidR="00966A6E" w:rsidRDefault="00966A6E" w:rsidP="004532B8">
      <w:pPr>
        <w:pStyle w:val="Nessunaspaziatura"/>
        <w:tabs>
          <w:tab w:val="left" w:pos="1276"/>
        </w:tabs>
        <w:ind w:left="1134" w:hanging="1134"/>
        <w:rPr>
          <w:rFonts w:ascii="Times New Roman" w:hAnsi="Times New Roman" w:cs="Times New Roman"/>
          <w:sz w:val="24"/>
          <w:szCs w:val="24"/>
        </w:rPr>
      </w:pPr>
    </w:p>
    <w:p w14:paraId="2799634D" w14:textId="77777777" w:rsidR="00765A75" w:rsidRDefault="0B1983AC" w:rsidP="7277624E">
      <w:pPr>
        <w:pStyle w:val="Nessunaspaziatura"/>
        <w:tabs>
          <w:tab w:val="left" w:pos="1276"/>
        </w:tabs>
        <w:ind w:hanging="113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7277624E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Il/La sottoscritto/a (Cognome e nome) _______________________________</w:t>
      </w:r>
      <w:r w:rsidR="657EE907" w:rsidRPr="7277624E">
        <w:rPr>
          <w:rFonts w:ascii="Times New Roman" w:hAnsi="Times New Roman" w:cs="Times New Roman"/>
          <w:sz w:val="24"/>
          <w:szCs w:val="24"/>
          <w:lang w:val="it-IT"/>
        </w:rPr>
        <w:t>_______</w:t>
      </w:r>
      <w:r w:rsidR="496CEA7A">
        <w:br/>
      </w:r>
      <w:r w:rsidRPr="7277624E">
        <w:rPr>
          <w:rFonts w:ascii="Times New Roman" w:hAnsi="Times New Roman" w:cs="Times New Roman"/>
          <w:sz w:val="24"/>
          <w:szCs w:val="24"/>
          <w:lang w:val="it-IT"/>
        </w:rPr>
        <w:t>nato/a a _____________________________________</w:t>
      </w:r>
      <w:r w:rsidR="657EE907" w:rsidRPr="7277624E">
        <w:rPr>
          <w:rFonts w:ascii="Times New Roman" w:hAnsi="Times New Roman" w:cs="Times New Roman"/>
          <w:sz w:val="24"/>
          <w:szCs w:val="24"/>
          <w:lang w:val="it-IT"/>
        </w:rPr>
        <w:t>________</w:t>
      </w:r>
      <w:r w:rsidRPr="7277624E">
        <w:rPr>
          <w:rFonts w:ascii="Times New Roman" w:hAnsi="Times New Roman" w:cs="Times New Roman"/>
          <w:sz w:val="24"/>
          <w:szCs w:val="24"/>
          <w:lang w:val="it-IT"/>
        </w:rPr>
        <w:t>_, il ____/____/___</w:t>
      </w:r>
      <w:proofErr w:type="gramStart"/>
      <w:r w:rsidR="657EE907" w:rsidRPr="7277624E">
        <w:rPr>
          <w:rFonts w:ascii="Times New Roman" w:hAnsi="Times New Roman" w:cs="Times New Roman"/>
          <w:sz w:val="24"/>
          <w:szCs w:val="24"/>
          <w:lang w:val="it-IT"/>
        </w:rPr>
        <w:t xml:space="preserve">_,   </w:t>
      </w:r>
      <w:proofErr w:type="gramEnd"/>
      <w:r w:rsidR="657EE907" w:rsidRPr="7277624E">
        <w:rPr>
          <w:rFonts w:ascii="Times New Roman" w:hAnsi="Times New Roman" w:cs="Times New Roman"/>
          <w:sz w:val="24"/>
          <w:szCs w:val="24"/>
          <w:lang w:val="it-IT"/>
        </w:rPr>
        <w:t xml:space="preserve">         c</w:t>
      </w:r>
      <w:r w:rsidRPr="7277624E">
        <w:rPr>
          <w:rFonts w:ascii="Times New Roman" w:hAnsi="Times New Roman" w:cs="Times New Roman"/>
          <w:sz w:val="24"/>
          <w:szCs w:val="24"/>
          <w:lang w:val="it-IT"/>
        </w:rPr>
        <w:t>odice fiscale ___________________________, cell. _____________________</w:t>
      </w:r>
      <w:r w:rsidR="657EE907" w:rsidRPr="7277624E">
        <w:rPr>
          <w:rFonts w:ascii="Times New Roman" w:hAnsi="Times New Roman" w:cs="Times New Roman"/>
          <w:sz w:val="24"/>
          <w:szCs w:val="24"/>
          <w:lang w:val="it-IT"/>
        </w:rPr>
        <w:t xml:space="preserve">_,    </w:t>
      </w:r>
      <w:r w:rsidRPr="7277624E">
        <w:rPr>
          <w:rFonts w:ascii="Times New Roman" w:hAnsi="Times New Roman" w:cs="Times New Roman"/>
          <w:sz w:val="24"/>
          <w:szCs w:val="24"/>
          <w:lang w:val="it-IT"/>
        </w:rPr>
        <w:t>email ______________________, PEC ______________________ nella sua qualità di legale rappresentante del/della ______________________, tel. ____________________, e-mail ____________________, sito internet ___________________</w:t>
      </w:r>
      <w:r w:rsidR="657EE907" w:rsidRPr="7277624E">
        <w:rPr>
          <w:rFonts w:ascii="Times New Roman" w:hAnsi="Times New Roman" w:cs="Times New Roman"/>
          <w:sz w:val="24"/>
          <w:szCs w:val="24"/>
          <w:lang w:val="it-IT"/>
        </w:rPr>
        <w:t>_____________</w:t>
      </w:r>
      <w:r w:rsidRPr="7277624E">
        <w:rPr>
          <w:rFonts w:ascii="Times New Roman" w:hAnsi="Times New Roman" w:cs="Times New Roman"/>
          <w:sz w:val="24"/>
          <w:szCs w:val="24"/>
          <w:lang w:val="it-IT"/>
        </w:rPr>
        <w:t>_, con sede legale in ________________</w:t>
      </w:r>
      <w:r w:rsidR="657EE907" w:rsidRPr="7277624E">
        <w:rPr>
          <w:rFonts w:ascii="Times New Roman" w:hAnsi="Times New Roman" w:cs="Times New Roman"/>
          <w:sz w:val="24"/>
          <w:szCs w:val="24"/>
          <w:lang w:val="it-IT"/>
        </w:rPr>
        <w:t>_____</w:t>
      </w:r>
      <w:r w:rsidRPr="7277624E">
        <w:rPr>
          <w:rFonts w:ascii="Times New Roman" w:hAnsi="Times New Roman" w:cs="Times New Roman"/>
          <w:sz w:val="24"/>
          <w:szCs w:val="24"/>
          <w:lang w:val="it-IT"/>
        </w:rPr>
        <w:t>____, Via ____________________ n. ___, codice fiscale n. ____________________, domiciliato/a per la carica presso la sede legale sopra indicata.</w:t>
      </w:r>
      <w:r w:rsidR="496CEA7A">
        <w:br/>
      </w:r>
      <w:r w:rsidR="496CEA7A">
        <w:br/>
      </w:r>
      <w:r w:rsidRPr="7277624E">
        <w:rPr>
          <w:rFonts w:ascii="Times New Roman" w:hAnsi="Times New Roman" w:cs="Times New Roman"/>
          <w:sz w:val="24"/>
          <w:szCs w:val="24"/>
          <w:lang w:val="it-IT"/>
        </w:rPr>
        <w:t>ai sensi e per gli effetti de</w:t>
      </w:r>
      <w:r w:rsidR="1C77C40B" w:rsidRPr="7277624E">
        <w:rPr>
          <w:rFonts w:ascii="Times New Roman" w:hAnsi="Times New Roman" w:cs="Times New Roman"/>
          <w:sz w:val="24"/>
          <w:szCs w:val="24"/>
          <w:lang w:val="it-IT"/>
        </w:rPr>
        <w:t>gli articoli 46, 47 e</w:t>
      </w:r>
      <w:r w:rsidRPr="7277624E">
        <w:rPr>
          <w:rFonts w:ascii="Times New Roman" w:hAnsi="Times New Roman" w:cs="Times New Roman"/>
          <w:sz w:val="24"/>
          <w:szCs w:val="24"/>
          <w:lang w:val="it-IT"/>
        </w:rPr>
        <w:t xml:space="preserve"> 76 D.P.R. n. 445/2000 s.m.i., consapevole della responsabilità e delle conseguenze civili e penali previste in caso di dichiarazioni mendaci e/o formazione od uso di atti falsi, nonché in caso di esibizione di atti contenenti dati non più corrispondenti a verità.</w:t>
      </w:r>
    </w:p>
    <w:p w14:paraId="02519E37" w14:textId="26125025" w:rsidR="00C610AE" w:rsidRDefault="496CEA7A" w:rsidP="7277624E">
      <w:pPr>
        <w:pStyle w:val="Nessunaspaziatura"/>
        <w:tabs>
          <w:tab w:val="left" w:pos="1276"/>
        </w:tabs>
        <w:ind w:hanging="1134"/>
        <w:jc w:val="both"/>
        <w:rPr>
          <w:lang w:val="it-IT"/>
        </w:rPr>
      </w:pPr>
      <w:r>
        <w:br/>
      </w:r>
    </w:p>
    <w:p w14:paraId="102F5776" w14:textId="77777777" w:rsidR="00C610AE" w:rsidRDefault="00433AF9">
      <w:pPr>
        <w:jc w:val="center"/>
      </w:pPr>
      <w:r>
        <w:rPr>
          <w:b/>
        </w:rPr>
        <w:t>RICHIEDE</w:t>
      </w:r>
    </w:p>
    <w:p w14:paraId="033AF52F" w14:textId="5FE720C3" w:rsidR="00C610AE" w:rsidRDefault="01F2971B" w:rsidP="6D8514F8">
      <w:pPr>
        <w:jc w:val="both"/>
      </w:pPr>
      <w:r w:rsidRPr="6D8514F8">
        <w:rPr>
          <w:lang w:val="it-IT"/>
        </w:rPr>
        <w:t>l’erogazione degli incentivi per il lavoro delle persone con disabilità ai sensi del</w:t>
      </w:r>
      <w:r w:rsidR="0A081735" w:rsidRPr="6D8514F8">
        <w:rPr>
          <w:lang w:val="it-IT"/>
        </w:rPr>
        <w:t xml:space="preserve"> decreto del Ministro per le disabilità 23 luglio 2026.</w:t>
      </w:r>
    </w:p>
    <w:p w14:paraId="167B1A0F" w14:textId="50B7ED42" w:rsidR="004532B8" w:rsidRPr="004532B8" w:rsidRDefault="2197D3E5" w:rsidP="7277624E">
      <w:pPr>
        <w:jc w:val="both"/>
        <w:rPr>
          <w:sz w:val="20"/>
          <w:szCs w:val="20"/>
          <w:lang w:val="it-IT"/>
        </w:rPr>
      </w:pPr>
      <w:r w:rsidRPr="7277624E">
        <w:rPr>
          <w:sz w:val="20"/>
          <w:szCs w:val="20"/>
          <w:lang w:val="it-IT"/>
        </w:rPr>
        <w:t>Il/La Sottoscritto/a d</w:t>
      </w:r>
      <w:r w:rsidR="33EF344F" w:rsidRPr="7277624E">
        <w:rPr>
          <w:sz w:val="20"/>
          <w:szCs w:val="20"/>
          <w:lang w:val="it-IT"/>
        </w:rPr>
        <w:t>ichiara</w:t>
      </w:r>
      <w:r w:rsidR="7B812609" w:rsidRPr="7277624E">
        <w:rPr>
          <w:sz w:val="20"/>
          <w:szCs w:val="20"/>
          <w:lang w:val="it-IT"/>
        </w:rPr>
        <w:t xml:space="preserve"> di aver letto l'informativa sul trattamento dei dati personali</w:t>
      </w:r>
      <w:r w:rsidR="28283FE3" w:rsidRPr="7277624E">
        <w:rPr>
          <w:sz w:val="20"/>
          <w:szCs w:val="20"/>
          <w:lang w:val="it-IT"/>
        </w:rPr>
        <w:t xml:space="preserve"> </w:t>
      </w:r>
      <w:r w:rsidR="3E22AE13" w:rsidRPr="7277624E">
        <w:rPr>
          <w:sz w:val="20"/>
          <w:szCs w:val="20"/>
          <w:lang w:val="it-IT"/>
        </w:rPr>
        <w:t xml:space="preserve">disponibile </w:t>
      </w:r>
      <w:r w:rsidR="28283FE3" w:rsidRPr="7277624E">
        <w:rPr>
          <w:sz w:val="20"/>
          <w:szCs w:val="20"/>
          <w:lang w:val="it-IT"/>
        </w:rPr>
        <w:t>sul sito istituzionale alla pagina</w:t>
      </w:r>
      <w:r w:rsidR="7B812609" w:rsidRPr="7277624E">
        <w:rPr>
          <w:sz w:val="20"/>
          <w:szCs w:val="20"/>
          <w:lang w:val="it-IT"/>
        </w:rPr>
        <w:t xml:space="preserve"> </w:t>
      </w:r>
      <w:hyperlink r:id="rId9">
        <w:r w:rsidR="7B812609" w:rsidRPr="7277624E">
          <w:rPr>
            <w:rStyle w:val="Collegamentoipertestuale"/>
            <w:sz w:val="20"/>
            <w:szCs w:val="20"/>
            <w:lang w:val="it-IT"/>
          </w:rPr>
          <w:t>https://disabilita.governo.it/it/privacy/</w:t>
        </w:r>
      </w:hyperlink>
      <w:r w:rsidR="7B812609" w:rsidRPr="7277624E">
        <w:rPr>
          <w:sz w:val="20"/>
          <w:szCs w:val="20"/>
          <w:lang w:val="it-IT"/>
        </w:rPr>
        <w:t xml:space="preserve"> </w:t>
      </w:r>
      <w:r w:rsidR="7422DD31" w:rsidRPr="7277624E">
        <w:rPr>
          <w:sz w:val="20"/>
          <w:szCs w:val="20"/>
          <w:lang w:val="it-IT"/>
        </w:rPr>
        <w:t xml:space="preserve">e di </w:t>
      </w:r>
      <w:r w:rsidR="4BF9A6E2" w:rsidRPr="7277624E">
        <w:rPr>
          <w:sz w:val="20"/>
          <w:szCs w:val="20"/>
          <w:lang w:val="it-IT"/>
        </w:rPr>
        <w:t>acconsent</w:t>
      </w:r>
      <w:r w:rsidR="7304F26E" w:rsidRPr="7277624E">
        <w:rPr>
          <w:sz w:val="20"/>
          <w:szCs w:val="20"/>
          <w:lang w:val="it-IT"/>
        </w:rPr>
        <w:t>ir</w:t>
      </w:r>
      <w:r w:rsidR="4BF9A6E2" w:rsidRPr="7277624E">
        <w:rPr>
          <w:sz w:val="20"/>
          <w:szCs w:val="20"/>
          <w:lang w:val="it-IT"/>
        </w:rPr>
        <w:t>e al trattamento dei propri dati personali, per le finalità legate alla presente istanza, in conformità al Regolamento UE 2016/679 (GDPR)</w:t>
      </w:r>
      <w:r w:rsidR="322CEF68" w:rsidRPr="7277624E">
        <w:rPr>
          <w:sz w:val="20"/>
          <w:szCs w:val="20"/>
          <w:lang w:val="it-IT"/>
        </w:rPr>
        <w:t xml:space="preserve">. Dichiara, </w:t>
      </w:r>
      <w:r w:rsidR="33EF344F" w:rsidRPr="7277624E">
        <w:rPr>
          <w:sz w:val="20"/>
          <w:szCs w:val="20"/>
        </w:rPr>
        <w:t>inoltre</w:t>
      </w:r>
      <w:r w:rsidR="1F2775F1" w:rsidRPr="7277624E">
        <w:rPr>
          <w:sz w:val="20"/>
          <w:szCs w:val="20"/>
        </w:rPr>
        <w:t>,</w:t>
      </w:r>
      <w:r w:rsidR="0AC7C453" w:rsidRPr="7277624E">
        <w:rPr>
          <w:sz w:val="20"/>
          <w:szCs w:val="20"/>
        </w:rPr>
        <w:t xml:space="preserve"> </w:t>
      </w:r>
      <w:r w:rsidR="33EF344F" w:rsidRPr="7277624E">
        <w:rPr>
          <w:sz w:val="20"/>
          <w:szCs w:val="20"/>
        </w:rPr>
        <w:t>di essere informato, ai sensi e per gli effetti del D.lgs. 30 giugno 2003, n. 196 e s.m.i. che i dati personali raccolti saranno trattati, anche con strumenti informatici, esclusivamente nell’ambito del procedimento per il quale la presente dichiarazione viene resa</w:t>
      </w:r>
      <w:r w:rsidR="60EFFD70" w:rsidRPr="7277624E">
        <w:rPr>
          <w:sz w:val="20"/>
          <w:szCs w:val="20"/>
        </w:rPr>
        <w:t xml:space="preserve"> e </w:t>
      </w:r>
      <w:r w:rsidR="33EF344F" w:rsidRPr="7277624E">
        <w:rPr>
          <w:sz w:val="20"/>
          <w:szCs w:val="20"/>
        </w:rPr>
        <w:t>di essere consapevole che l’accertamento della non veridicità del contenuto della presente dichiarazione, nonché di quelle accluse alla medesima, comporterà l’esclusione dalla procedura, ovvero, in caso di assegnazione del contributo, l’annullamento e/o la revoca dell’assegnazione stessa.</w:t>
      </w:r>
    </w:p>
    <w:p w14:paraId="3BE622DB" w14:textId="6D7F79A5" w:rsidR="00C610AE" w:rsidRDefault="22FB4681">
      <w:r>
        <w:t>A tal fine</w:t>
      </w:r>
      <w:r w:rsidR="6E79D845">
        <w:t xml:space="preserve">, </w:t>
      </w:r>
      <w:r>
        <w:t>allega la seguente documentazione:</w:t>
      </w:r>
    </w:p>
    <w:p w14:paraId="06D40434" w14:textId="14AF91CF" w:rsidR="00C610AE" w:rsidRDefault="22FB4681" w:rsidP="7277624E">
      <w:pPr>
        <w:rPr>
          <w:sz w:val="20"/>
          <w:szCs w:val="20"/>
        </w:rPr>
      </w:pPr>
      <w:r w:rsidRPr="7277624E">
        <w:rPr>
          <w:b/>
          <w:bCs/>
          <w:sz w:val="22"/>
        </w:rPr>
        <w:t>Dichiarazion</w:t>
      </w:r>
      <w:r w:rsidR="76E9A98D" w:rsidRPr="7277624E">
        <w:rPr>
          <w:b/>
          <w:bCs/>
          <w:sz w:val="22"/>
        </w:rPr>
        <w:t>e</w:t>
      </w:r>
      <w:r w:rsidRPr="7277624E">
        <w:rPr>
          <w:b/>
          <w:bCs/>
          <w:sz w:val="22"/>
        </w:rPr>
        <w:t xml:space="preserve"> sostitutiv</w:t>
      </w:r>
      <w:r w:rsidR="76E9A98D" w:rsidRPr="7277624E">
        <w:rPr>
          <w:b/>
          <w:bCs/>
          <w:sz w:val="22"/>
        </w:rPr>
        <w:t>a</w:t>
      </w:r>
      <w:r w:rsidR="76E9A98D" w:rsidRPr="7277624E">
        <w:rPr>
          <w:sz w:val="22"/>
        </w:rPr>
        <w:t xml:space="preserve"> </w:t>
      </w:r>
      <w:r w:rsidRPr="7277624E">
        <w:rPr>
          <w:sz w:val="22"/>
        </w:rPr>
        <w:t>ex artt. 46 e 47 del D.P.R. n. 445/2000 s.m.i.</w:t>
      </w:r>
    </w:p>
    <w:p w14:paraId="5AFC79B5" w14:textId="4FFAD52A" w:rsidR="00C610AE" w:rsidRDefault="00433AF9">
      <w:r>
        <w:br/>
        <w:t xml:space="preserve">________________________        </w:t>
      </w:r>
      <w:r w:rsidR="004532B8">
        <w:t xml:space="preserve">                                 </w:t>
      </w:r>
      <w:r>
        <w:t xml:space="preserve">    ________________________</w:t>
      </w:r>
    </w:p>
    <w:p w14:paraId="22D6035A" w14:textId="329582E5" w:rsidR="00C610AE" w:rsidRDefault="00433AF9">
      <w:r>
        <w:t xml:space="preserve">Luogo e data                              </w:t>
      </w:r>
      <w:r w:rsidR="004532B8">
        <w:t xml:space="preserve">                                              </w:t>
      </w:r>
      <w:r>
        <w:t xml:space="preserve">  Il Legale Rappresentante</w:t>
      </w:r>
    </w:p>
    <w:sectPr w:rsidR="00C610A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E95EF7"/>
    <w:multiLevelType w:val="hybridMultilevel"/>
    <w:tmpl w:val="A956C5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53054"/>
    <w:multiLevelType w:val="multilevel"/>
    <w:tmpl w:val="80C6A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6121B26"/>
    <w:multiLevelType w:val="multilevel"/>
    <w:tmpl w:val="860AD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6628283">
    <w:abstractNumId w:val="8"/>
  </w:num>
  <w:num w:numId="2" w16cid:durableId="1928270874">
    <w:abstractNumId w:val="6"/>
  </w:num>
  <w:num w:numId="3" w16cid:durableId="1156261935">
    <w:abstractNumId w:val="5"/>
  </w:num>
  <w:num w:numId="4" w16cid:durableId="1105079232">
    <w:abstractNumId w:val="4"/>
  </w:num>
  <w:num w:numId="5" w16cid:durableId="1654990534">
    <w:abstractNumId w:val="7"/>
  </w:num>
  <w:num w:numId="6" w16cid:durableId="369190967">
    <w:abstractNumId w:val="3"/>
  </w:num>
  <w:num w:numId="7" w16cid:durableId="1021123970">
    <w:abstractNumId w:val="2"/>
  </w:num>
  <w:num w:numId="8" w16cid:durableId="1862549201">
    <w:abstractNumId w:val="1"/>
  </w:num>
  <w:num w:numId="9" w16cid:durableId="226188421">
    <w:abstractNumId w:val="0"/>
  </w:num>
  <w:num w:numId="10" w16cid:durableId="1382091418">
    <w:abstractNumId w:val="9"/>
  </w:num>
  <w:num w:numId="11" w16cid:durableId="2093505814">
    <w:abstractNumId w:val="11"/>
  </w:num>
  <w:num w:numId="12" w16cid:durableId="1349285234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3AF9"/>
    <w:rsid w:val="004532B8"/>
    <w:rsid w:val="005B18CC"/>
    <w:rsid w:val="00765A75"/>
    <w:rsid w:val="00966A6E"/>
    <w:rsid w:val="00A71F46"/>
    <w:rsid w:val="00AA1D8D"/>
    <w:rsid w:val="00B47730"/>
    <w:rsid w:val="00B50353"/>
    <w:rsid w:val="00B90C4A"/>
    <w:rsid w:val="00C610AE"/>
    <w:rsid w:val="00CB0664"/>
    <w:rsid w:val="00D3659D"/>
    <w:rsid w:val="00DA0415"/>
    <w:rsid w:val="00F377ED"/>
    <w:rsid w:val="00FC693F"/>
    <w:rsid w:val="01F2971B"/>
    <w:rsid w:val="044D767E"/>
    <w:rsid w:val="05AD14B8"/>
    <w:rsid w:val="0A081735"/>
    <w:rsid w:val="0AC7C453"/>
    <w:rsid w:val="0B1983AC"/>
    <w:rsid w:val="0C29A464"/>
    <w:rsid w:val="0CAAF1B9"/>
    <w:rsid w:val="0ED21241"/>
    <w:rsid w:val="11E8D39E"/>
    <w:rsid w:val="121CD07F"/>
    <w:rsid w:val="1528FE7A"/>
    <w:rsid w:val="17D58C06"/>
    <w:rsid w:val="1C4B1FCF"/>
    <w:rsid w:val="1C77C40B"/>
    <w:rsid w:val="1F2775F1"/>
    <w:rsid w:val="20A74E13"/>
    <w:rsid w:val="2197D3E5"/>
    <w:rsid w:val="22FB4681"/>
    <w:rsid w:val="28283FE3"/>
    <w:rsid w:val="28ABC736"/>
    <w:rsid w:val="31538129"/>
    <w:rsid w:val="322CEF68"/>
    <w:rsid w:val="33EF344F"/>
    <w:rsid w:val="3640C2CD"/>
    <w:rsid w:val="3AEF2345"/>
    <w:rsid w:val="3E22AE13"/>
    <w:rsid w:val="430EF70B"/>
    <w:rsid w:val="446AF6FD"/>
    <w:rsid w:val="451AC9C0"/>
    <w:rsid w:val="48EA5616"/>
    <w:rsid w:val="496CEA7A"/>
    <w:rsid w:val="4BF9A6E2"/>
    <w:rsid w:val="4E85E365"/>
    <w:rsid w:val="59758EF3"/>
    <w:rsid w:val="60EFFD70"/>
    <w:rsid w:val="657EE907"/>
    <w:rsid w:val="673A347E"/>
    <w:rsid w:val="6A6E408C"/>
    <w:rsid w:val="6A716DCF"/>
    <w:rsid w:val="6D8514F8"/>
    <w:rsid w:val="6E79D845"/>
    <w:rsid w:val="7277624E"/>
    <w:rsid w:val="72F40B6C"/>
    <w:rsid w:val="7304F26E"/>
    <w:rsid w:val="7422DD31"/>
    <w:rsid w:val="76D57F12"/>
    <w:rsid w:val="76E9A98D"/>
    <w:rsid w:val="7856ABB1"/>
    <w:rsid w:val="7B81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809A3"/>
  <w14:defaultImageDpi w14:val="300"/>
  <w15:docId w15:val="{51477A00-4F16-46EA-A892-A418EC03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6D8514F8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6D8514F8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link w:val="Titolo1"/>
    <w:uiPriority w:val="9"/>
    <w:rsid w:val="6D8514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link w:val="Titolo2"/>
    <w:uiPriority w:val="9"/>
    <w:rsid w:val="6D8514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link w:val="Titolo3"/>
    <w:uiPriority w:val="9"/>
    <w:rsid w:val="6D8514F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6D8514F8"/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link w:val="Sottotitolo"/>
    <w:uiPriority w:val="11"/>
    <w:rsid w:val="6D8514F8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link w:val="Corpotesto"/>
    <w:uiPriority w:val="99"/>
    <w:rsid w:val="6D8514F8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rsid w:val="6D8514F8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rsid w:val="6D8514F8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link w:val="Testomacro"/>
    <w:uiPriority w:val="99"/>
    <w:rsid w:val="6D8514F8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link w:val="Citazione"/>
    <w:uiPriority w:val="29"/>
    <w:rsid w:val="6D8514F8"/>
    <w:rPr>
      <w:i/>
      <w:iCs/>
      <w:color w:val="000000" w:themeColor="text1"/>
    </w:rPr>
  </w:style>
  <w:style w:type="character" w:customStyle="1" w:styleId="Titolo4Carattere">
    <w:name w:val="Titolo 4 Carattere"/>
    <w:link w:val="Titolo4"/>
    <w:uiPriority w:val="9"/>
    <w:semiHidden/>
    <w:rsid w:val="6D8514F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link w:val="Titolo5"/>
    <w:uiPriority w:val="9"/>
    <w:semiHidden/>
    <w:rsid w:val="6D8514F8"/>
    <w:rPr>
      <w:rFonts w:asciiTheme="majorHAnsi" w:eastAsiaTheme="majorEastAsia" w:hAnsiTheme="majorHAnsi" w:cstheme="majorBidi"/>
      <w:color w:val="243F60"/>
    </w:rPr>
  </w:style>
  <w:style w:type="character" w:customStyle="1" w:styleId="Titolo6Carattere">
    <w:name w:val="Titolo 6 Carattere"/>
    <w:link w:val="Titolo6"/>
    <w:uiPriority w:val="9"/>
    <w:semiHidden/>
    <w:rsid w:val="6D8514F8"/>
    <w:rPr>
      <w:rFonts w:asciiTheme="majorHAnsi" w:eastAsiaTheme="majorEastAsia" w:hAnsiTheme="majorHAnsi" w:cstheme="majorBidi"/>
      <w:i/>
      <w:iCs/>
      <w:color w:val="243F60"/>
    </w:rPr>
  </w:style>
  <w:style w:type="character" w:customStyle="1" w:styleId="Titolo7Carattere">
    <w:name w:val="Titolo 7 Carattere"/>
    <w:link w:val="Titolo7"/>
    <w:uiPriority w:val="9"/>
    <w:semiHidden/>
    <w:rsid w:val="6D8514F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link w:val="Titolo8"/>
    <w:uiPriority w:val="9"/>
    <w:semiHidden/>
    <w:rsid w:val="6D8514F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link w:val="Titolo9"/>
    <w:uiPriority w:val="9"/>
    <w:semiHidden/>
    <w:rsid w:val="6D8514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uiPriority w:val="22"/>
    <w:qFormat/>
    <w:rsid w:val="6D8514F8"/>
    <w:rPr>
      <w:b/>
      <w:bCs/>
    </w:rPr>
  </w:style>
  <w:style w:type="character" w:styleId="Enfasicorsivo">
    <w:name w:val="Emphasis"/>
    <w:uiPriority w:val="20"/>
    <w:qFormat/>
    <w:rsid w:val="6D8514F8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link w:val="Citazioneintensa"/>
    <w:uiPriority w:val="30"/>
    <w:rsid w:val="6D8514F8"/>
    <w:rPr>
      <w:b/>
      <w:bCs/>
      <w:i/>
      <w:iCs/>
      <w:color w:val="4F81BD" w:themeColor="accent1"/>
    </w:rPr>
  </w:style>
  <w:style w:type="character" w:styleId="Enfasidelicata">
    <w:name w:val="Subtle Emphasis"/>
    <w:uiPriority w:val="19"/>
    <w:qFormat/>
    <w:rsid w:val="6D8514F8"/>
    <w:rPr>
      <w:i/>
      <w:iCs/>
      <w:color w:val="808080" w:themeColor="background1" w:themeShade="80"/>
    </w:rPr>
  </w:style>
  <w:style w:type="character" w:styleId="Enfasiintensa">
    <w:name w:val="Intense Emphasis"/>
    <w:uiPriority w:val="21"/>
    <w:qFormat/>
    <w:rsid w:val="6D8514F8"/>
    <w:rPr>
      <w:b/>
      <w:bCs/>
      <w:i/>
      <w:iCs/>
      <w:color w:val="4F81BD" w:themeColor="accent1"/>
    </w:rPr>
  </w:style>
  <w:style w:type="character" w:styleId="Riferimentodelicato">
    <w:name w:val="Subtle Reference"/>
    <w:uiPriority w:val="31"/>
    <w:qFormat/>
    <w:rsid w:val="6D8514F8"/>
    <w:rPr>
      <w:smallCaps/>
      <w:color w:val="C0504D" w:themeColor="accent2"/>
      <w:u w:val="single"/>
    </w:rPr>
  </w:style>
  <w:style w:type="character" w:styleId="Riferimentointenso">
    <w:name w:val="Intense Reference"/>
    <w:uiPriority w:val="32"/>
    <w:qFormat/>
    <w:rsid w:val="6D8514F8"/>
    <w:rPr>
      <w:b/>
      <w:bCs/>
      <w:smallCaps/>
      <w:color w:val="C0504D" w:themeColor="accent2"/>
      <w:u w:val="single"/>
    </w:rPr>
  </w:style>
  <w:style w:type="character" w:styleId="Titolodellibro">
    <w:name w:val="Book Title"/>
    <w:uiPriority w:val="33"/>
    <w:qFormat/>
    <w:rsid w:val="6D8514F8"/>
    <w:rPr>
      <w:b/>
      <w:bCs/>
      <w:smallCaps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unhideWhenUsed/>
    <w:rsid w:val="6D8514F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503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disabilita.governo.it/it/priv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2DFBD31AE62E4A96B6B4CDF737F770" ma:contentTypeVersion="18" ma:contentTypeDescription="Creare un nuovo documento." ma:contentTypeScope="" ma:versionID="8e1f549b8c761fcbbcace40b63f3fe1f">
  <xsd:schema xmlns:xsd="http://www.w3.org/2001/XMLSchema" xmlns:xs="http://www.w3.org/2001/XMLSchema" xmlns:p="http://schemas.microsoft.com/office/2006/metadata/properties" xmlns:ns2="faeddde0-5801-45f7-8f9e-69872d7cda16" xmlns:ns3="86f00413-160b-4e50-987e-587152c11e85" targetNamespace="http://schemas.microsoft.com/office/2006/metadata/properties" ma:root="true" ma:fieldsID="5714a1933a138066646bec07362b7a74" ns2:_="" ns3:_="">
    <xsd:import namespace="faeddde0-5801-45f7-8f9e-69872d7cda16"/>
    <xsd:import namespace="86f00413-160b-4e50-987e-587152c11e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Approver" minOccurs="0"/>
                <xsd:element ref="ns2:_Flow_SignoffStatu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ddde0-5801-45f7-8f9e-69872d7cd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Approver" ma:index="14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_Flow_SignoffStatus" ma:index="15" nillable="true" ma:displayName="Stato consenso" ma:internalName="Stato_x0020_consenso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00413-160b-4e50-987e-587152c11e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12495c-42ea-4ce0-b77e-5e110e79d40f}" ma:internalName="TaxCatchAll" ma:showField="CatchAllData" ma:web="86f00413-160b-4e50-987e-587152c11e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aeddde0-5801-45f7-8f9e-69872d7cda16" xsi:nil="true"/>
    <Approver xmlns="faeddde0-5801-45f7-8f9e-69872d7cda16" xsi:nil="true"/>
    <TaxCatchAll xmlns="86f00413-160b-4e50-987e-587152c11e85" xsi:nil="true"/>
    <lcf76f155ced4ddcb4097134ff3c332f xmlns="faeddde0-5801-45f7-8f9e-69872d7cda1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69CED2-73D0-47CB-ADD4-51010112D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eddde0-5801-45f7-8f9e-69872d7cda16"/>
    <ds:schemaRef ds:uri="86f00413-160b-4e50-987e-587152c11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9161D6-8004-4B20-BA2D-6A5D3207864E}">
  <ds:schemaRefs>
    <ds:schemaRef ds:uri="http://schemas.microsoft.com/office/2006/metadata/properties"/>
    <ds:schemaRef ds:uri="http://schemas.microsoft.com/office/infopath/2007/PartnerControls"/>
    <ds:schemaRef ds:uri="faeddde0-5801-45f7-8f9e-69872d7cda16"/>
    <ds:schemaRef ds:uri="86f00413-160b-4e50-987e-587152c11e85"/>
  </ds:schemaRefs>
</ds:datastoreItem>
</file>

<file path=customXml/itemProps4.xml><?xml version="1.0" encoding="utf-8"?>
<ds:datastoreItem xmlns:ds="http://schemas.openxmlformats.org/officeDocument/2006/customXml" ds:itemID="{AC415755-9980-48E2-9F73-85DA740C38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2151</Characters>
  <Application>Microsoft Office Word</Application>
  <DocSecurity>0</DocSecurity>
  <Lines>40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Francesco Varone</cp:lastModifiedBy>
  <cp:revision>7</cp:revision>
  <cp:lastPrinted>2026-10-01T17:15:00Z</cp:lastPrinted>
  <dcterms:created xsi:type="dcterms:W3CDTF">2026-10-01T15:15:00Z</dcterms:created>
  <dcterms:modified xsi:type="dcterms:W3CDTF">2026-10-01T17:15:00Z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2026-09-30T14:55:23Z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e699dc32-1b92-4438-ac7e-eb19543a771b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ContentTypeId">
    <vt:lpwstr>0x0101003D2DFBD31AE62E4A96B6B4CDF737F770</vt:lpwstr>
  </property>
  <property fmtid="{D5CDD505-2E9C-101B-9397-08002B2CF9AE}" pid="11" name="MediaServiceImageTags">
    <vt:lpwstr/>
  </property>
</Properties>
</file>